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21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sz w:val="16"/>
              </w:rPr>
              <w:t>UCZELNIANA SIEĆ TELEINFORMATYCZNA</w:t>
              <w:br/>
            </w:r>
            <w:r>
              <w:rPr>
                <w:rFonts w:ascii="Arial" w:hAnsi="Arial"/>
                <w:b/>
                <w:sz w:val="26"/>
              </w:rPr>
              <w:t>Uniwersytet w Białymstoku</w:t>
              <w:br/>
            </w:r>
            <w:r>
              <w:rPr>
                <w:rFonts w:ascii="Arial" w:hAnsi="Arial"/>
                <w:sz w:val="16"/>
              </w:rPr>
              <w:t>ul. Świerkowa 20 B</w:t>
            </w:r>
          </w:p>
        </w:tc>
        <w:tc>
          <w:tcPr>
            <w:tcW w:type="dxa" w:w="510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hAnsi="Arial"/>
                <w:sz w:val="16"/>
              </w:rPr>
              <w:t>Załącznik</w:t>
              <w:br/>
              <w:t>do Regulaminu korzystania z subdomeny UwB</w:t>
            </w:r>
          </w:p>
        </w:tc>
      </w:tr>
    </w:tbl>
    <w:p>
      <w:pPr>
        <w:spacing w:after="40" w:before="20" w:line="240" w:lineRule="auto"/>
        <w:jc w:val="right"/>
      </w:pPr>
      <w:r>
        <w:rPr>
          <w:rFonts w:ascii="Arial" w:hAnsi="Arial"/>
          <w:b/>
          <w:sz w:val="24"/>
        </w:rPr>
        <w:t>Formularz założenia</w:t>
        <w:br/>
        <w:t>wirtualnego serwera HTTP</w:t>
        <w:br/>
        <w:t>w domenie .uwb.edu.pl</w:t>
      </w:r>
    </w:p>
    <w:p>
      <w:pPr>
        <w:spacing w:after="20" w:before="0" w:line="240" w:lineRule="auto"/>
      </w:pPr>
      <w:r>
        <w:rPr>
          <w:rFonts w:ascii="Arial" w:hAnsi="Arial"/>
          <w:sz w:val="17"/>
        </w:rPr>
        <w:t>Wypełnia osoba odpowiedzialna, administrator domeny: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1757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Nazwisko:</w:t>
            </w:r>
          </w:p>
        </w:tc>
        <w:tc>
          <w:tcPr>
            <w:tcW w:type="dxa" w:w="3402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Nazwisko"/>
              <w:tag w:val="Nazwisko_1002001"/>
              <w:id w:val="100200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134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Imię:</w:t>
            </w:r>
          </w:p>
        </w:tc>
        <w:tc>
          <w:tcPr>
            <w:tcW w:type="dxa" w:w="402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Imię"/>
              <w:tag w:val="Imię_1002003"/>
              <w:id w:val="100200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adres e-mail:</w:t>
            </w:r>
          </w:p>
        </w:tc>
        <w:tc>
          <w:tcPr>
            <w:tcW w:type="dxa" w:w="8561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gridSpan w:val="3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res e-mail"/>
              <w:tag w:val="Adres_e-mail_1002005"/>
              <w:id w:val="1002006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Nazwa podmiotu:</w:t>
            </w:r>
          </w:p>
        </w:tc>
        <w:tc>
          <w:tcPr>
            <w:tcW w:type="dxa" w:w="8561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gridSpan w:val="3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Nazwa podmiotu"/>
              <w:tag w:val="Nazwa_podmiotu_1002007"/>
              <w:id w:val="100200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Adres:</w:t>
            </w:r>
          </w:p>
        </w:tc>
        <w:tc>
          <w:tcPr>
            <w:tcW w:type="dxa" w:w="8561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gridSpan w:val="3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res"/>
              <w:tag w:val="Adres_1002009"/>
              <w:id w:val="1002010"/>
              <w:text w:multiLine="1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  <w:tr>
        <w:tc>
          <w:tcPr>
            <w:tcW w:type="dxa" w:w="1757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Telefon komórkowy:</w:t>
            </w:r>
          </w:p>
        </w:tc>
        <w:tc>
          <w:tcPr>
            <w:tcW w:type="dxa" w:w="8561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  <w:gridSpan w:val="3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Telefon komórkowy"/>
              <w:tag w:val="Telefon_komórkowy_1002011"/>
              <w:id w:val="100201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3118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Proponowana nazwa serwera *:</w:t>
            </w:r>
          </w:p>
        </w:tc>
        <w:tc>
          <w:tcPr>
            <w:tcW w:type="dxa" w:w="7200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sdt>
            <w:sdtPr>
              <w:alias w:val="Proponowana nazwa serwera"/>
              <w:tag w:val="Proponowana_nazwa_serwera_1002013"/>
              <w:id w:val="100201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40" w:before="0" w:line="240" w:lineRule="auto"/>
      </w:pPr>
      <w:r>
        <w:rPr>
          <w:rFonts w:ascii="Arial" w:hAnsi="Arial"/>
          <w:i/>
          <w:sz w:val="15"/>
        </w:rPr>
        <w:t>* Proszę podać pełną nazwę w postaci: xxxxx.uwb.edu.pl</w:t>
        <w:br/>
        <w:t>(zamiast znaków xxxxx proszę wpisać proponowaną nazwę serwera, np.: info.uwb.edu.pl)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89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Czy wniosek dotyczy przedłużenia istniejącej domeny?</w:t>
            </w:r>
          </w:p>
        </w:tc>
        <w:tc>
          <w:tcPr>
            <w:tcW w:type="dxa" w:w="4422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sz w:val="17"/>
              </w:rPr>
              <w:t xml:space="preserve">Tak </w:t>
            </w:r>
            <w:sdt>
              <w:sdtPr>
                <w:alias w:val="Przedłużenie - Tak"/>
                <w:tag w:val="Przedłużenie_-_Tak_1002015"/>
                <w:id w:val="1002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Arial" w:hAnsi="Arial"/>
                <w:sz w:val="17"/>
              </w:rPr>
              <w:t xml:space="preserve">     Nie </w:t>
            </w:r>
            <w:sdt>
              <w:sdtPr>
                <w:alias w:val="Przedłużenie - Nie"/>
                <w:tag w:val="Przedłużenie_-_Nie_1002017"/>
                <w:id w:val="1002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t>☐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40" w:type="dxa"/>
              <w:start w:w="70" w:type="dxa"/>
              <w:bottom w:w="25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5"/>
              </w:rPr>
              <w:t>Opis przeznaczenia serwera wirtualnego wraz z proponowaną tematyką i zawartością stron serwisu www:</w:t>
            </w:r>
          </w:p>
        </w:tc>
      </w:tr>
      <w:tr>
        <w:trPr>
          <w:trHeight w:val="1020"/>
        </w:trPr>
        <w:tc>
          <w:tcPr>
            <w:tcW w:type="dxa" w:w="10318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  <w:tcMar>
              <w:top w:w="35" w:type="dxa"/>
              <w:start w:w="70" w:type="dxa"/>
              <w:bottom w:w="35" w:type="dxa"/>
              <w:end w:w="70" w:type="dxa"/>
            </w:tcMar>
          </w:tcPr>
          <w:sdt>
            <w:sdtPr>
              <w:alias w:val="Opis przeznaczenia serwera"/>
              <w:tag w:val="Opis_przeznaczenia_serwera_1002019"/>
              <w:id w:val="1002020"/>
              <w:text w:multiLine="1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20" w:before="20" w:line="240" w:lineRule="auto"/>
      </w:pPr>
      <w:r>
        <w:rPr>
          <w:rFonts w:ascii="Arial" w:hAnsi="Arial"/>
          <w:b w:val="0"/>
          <w:sz w:val="16"/>
        </w:rPr>
        <w:t>Podpis administratora strony internetowej: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1020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Data:</w:t>
            </w:r>
          </w:p>
        </w:tc>
        <w:tc>
          <w:tcPr>
            <w:tcW w:type="dxa" w:w="3118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ministrator strony - Data"/>
              <w:tag w:val="Administrator_strony_-_Data_1002021"/>
              <w:id w:val="100202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247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Podpis:</w:t>
            </w:r>
          </w:p>
        </w:tc>
        <w:tc>
          <w:tcPr>
            <w:tcW w:type="dxa" w:w="4932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ministrator strony - Podpis"/>
              <w:tag w:val="Administrator_strony_-_Podpis_1002023"/>
              <w:id w:val="100202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20" w:before="20" w:line="240" w:lineRule="auto"/>
      </w:pPr>
      <w:r>
        <w:rPr>
          <w:rFonts w:ascii="Arial" w:hAnsi="Arial"/>
          <w:b w:val="0"/>
          <w:sz w:val="16"/>
        </w:rPr>
        <w:t>Podpis rektora: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1020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Data:</w:t>
            </w:r>
          </w:p>
        </w:tc>
        <w:tc>
          <w:tcPr>
            <w:tcW w:type="dxa" w:w="3118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Rektor - Data"/>
              <w:tag w:val="Rektor_-_Data_1002025"/>
              <w:id w:val="1002026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247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Podpis:</w:t>
            </w:r>
          </w:p>
        </w:tc>
        <w:tc>
          <w:tcPr>
            <w:tcW w:type="dxa" w:w="4932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Rektor - Podpis"/>
              <w:tag w:val="Rektor_-_Podpis_1002027"/>
              <w:id w:val="100202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0" w:before="40" w:line="240" w:lineRule="auto"/>
      </w:pPr>
      <w:r>
        <w:rPr>
          <w:rFonts w:ascii="Arial" w:hAnsi="Arial"/>
          <w:b/>
          <w:sz w:val="16"/>
        </w:rPr>
        <w:t>Oświadczenie osoby odpowiedzialnej: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tcMar>
              <w:top w:w="40" w:type="dxa"/>
              <w:start w:w="70" w:type="dxa"/>
              <w:bottom w:w="40" w:type="dxa"/>
              <w:end w:w="7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Oświadczam, że znane mi są zasady korzystania z sieci komputerowych,</w:t>
              <w:br/>
              <w:t>zawarte w Regulaminie Sieci Komputerowej Uniwersytetu w Białymstoku.</w:t>
            </w:r>
          </w:p>
        </w:tc>
      </w:tr>
      <w:tr>
        <w:tc>
          <w:tcPr>
            <w:tcW w:type="dxa" w:w="10318"/>
            <w:tcMar>
              <w:top w:w="40" w:type="dxa"/>
              <w:start w:w="70" w:type="dxa"/>
              <w:bottom w:w="40" w:type="dxa"/>
              <w:end w:w="7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1020"/>
            <w:tcMar>
              <w:top w:w="40" w:type="dxa"/>
              <w:start w:w="60" w:type="dxa"/>
              <w:bottom w:w="40" w:type="dxa"/>
              <w:end w:w="6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7"/>
              </w:rPr>
              <w:t>Data:</w:t>
            </w:r>
          </w:p>
        </w:tc>
        <w:tc>
          <w:tcPr>
            <w:tcW w:type="dxa" w:w="3118"/>
            <w:tcMar>
              <w:top w:w="40" w:type="dxa"/>
              <w:start w:w="60" w:type="dxa"/>
              <w:bottom w:w="40" w:type="dxa"/>
              <w:end w:w="6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Odpowiedzialny - Data"/>
              <w:tag w:val="Odpowiedzialny_-_Data_1002029"/>
              <w:id w:val="1002030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1928"/>
            <w:tcMar>
              <w:top w:w="40" w:type="dxa"/>
              <w:start w:w="60" w:type="dxa"/>
              <w:bottom w:w="40" w:type="dxa"/>
              <w:end w:w="6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5"/>
              </w:rPr>
              <w:t>Własnoręczny podpis:</w:t>
            </w:r>
          </w:p>
        </w:tc>
        <w:tc>
          <w:tcPr>
            <w:tcW w:type="dxa" w:w="4252"/>
            <w:tcMar>
              <w:top w:w="40" w:type="dxa"/>
              <w:start w:w="60" w:type="dxa"/>
              <w:bottom w:w="40" w:type="dxa"/>
              <w:end w:w="60" w:type="dxa"/>
            </w:tcMar>
            <w:shd w:fill="E6E6E6"/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Odpowiedzialny - Podpis"/>
              <w:tag w:val="Odpowiedzialny_-_Podpis_1002031"/>
              <w:id w:val="1002032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p>
      <w:pPr>
        <w:spacing w:after="20" w:before="40" w:line="240" w:lineRule="auto"/>
      </w:pPr>
      <w:r>
        <w:rPr>
          <w:rFonts w:ascii="Arial" w:hAnsi="Arial"/>
          <w:sz w:val="16"/>
        </w:rPr>
        <w:t>Wypełnia administrator sieci USK: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361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5"/>
              </w:rPr>
              <w:t>Numer ewid.</w:t>
            </w:r>
          </w:p>
        </w:tc>
        <w:tc>
          <w:tcPr>
            <w:tcW w:type="dxa" w:w="1871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Numer ewidencyjny"/>
              <w:tag w:val="Numer_ewidencyjny_1002033"/>
              <w:id w:val="1002034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737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5"/>
              </w:rPr>
              <w:t>Data:</w:t>
            </w:r>
          </w:p>
        </w:tc>
        <w:tc>
          <w:tcPr>
            <w:tcW w:type="dxa" w:w="2551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ministrator sieci - Data"/>
              <w:tag w:val="Administrator_sieci_-_Data_1002035"/>
              <w:id w:val="1002036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  <w:tc>
          <w:tcPr>
            <w:tcW w:type="dxa" w:w="737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 w:val="0"/>
                <w:sz w:val="15"/>
              </w:rPr>
              <w:t>Podpis:</w:t>
            </w:r>
          </w:p>
        </w:tc>
        <w:tc>
          <w:tcPr>
            <w:tcW w:type="dxa" w:w="3061"/>
            <w:tcMar>
              <w:top w:w="40" w:type="dxa"/>
              <w:start w:w="55" w:type="dxa"/>
              <w:bottom w:w="40" w:type="dxa"/>
              <w:end w:w="55" w:type="dxa"/>
            </w:tcMar>
            <w:tcBorders>
              <w:top w:val="single" w:sz="5" w:color="777777"/>
              <w:bottom w:val="single" w:sz="5" w:color="777777"/>
              <w:left w:val="single" w:sz="5" w:color="777777"/>
              <w:right w:val="single" w:sz="5" w:color="777777"/>
            </w:tcBorders>
          </w:tcPr>
          <w:sdt>
            <w:sdtPr>
              <w:alias w:val="Administrator sieci - Podpis"/>
              <w:tag w:val="Administrator_sieci_-_Podpis_1002037"/>
              <w:id w:val="1002038"/>
              <w:text w:multiLine="0"/>
            </w:sdtPr>
            <w:sdtContent>
              <w:p>
                <w:pPr>
                  <w:spacing w:before="0" w:after="0"/>
                </w:pPr>
                <w:r>
                  <w:rPr>
                    <w:sz w:val="18"/>
                  </w:rPr>
                  <w:t xml:space="preserve"> </w:t>
                </w:r>
              </w:p>
            </w:sdtContent>
          </w:sdt>
        </w:tc>
      </w:tr>
    </w:tbl>
    <w:sectPr w:rsidR="00FC693F" w:rsidRPr="0006063C" w:rsidSect="00034616">
      <w:pgSz w:w="11906" w:h="16838"/>
      <w:pgMar w:top="567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