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453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UCZELNIANA SIEĆ TELEINFORMATYCZNA</w:t>
              <w:br/>
            </w:r>
            <w:r>
              <w:rPr>
                <w:rFonts w:ascii="Arial" w:hAnsi="Arial"/>
                <w:b/>
                <w:sz w:val="25"/>
              </w:rPr>
              <w:t>Uniwersytet w Białymstoku</w:t>
              <w:br/>
            </w:r>
            <w:r>
              <w:rPr>
                <w:rFonts w:ascii="Arial" w:hAnsi="Arial"/>
                <w:sz w:val="15"/>
              </w:rPr>
              <w:t>ul. M.C. Skłodowskiej 14</w:t>
            </w:r>
          </w:p>
        </w:tc>
        <w:tc>
          <w:tcPr>
            <w:tcW w:type="dxa" w:w="566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sz w:val="25"/>
              </w:rPr>
              <w:t>FORMULARZ ZAŁOŻENIA</w:t>
              <w:br/>
              <w:t>LISTY DYSKUSYJNEJ</w:t>
              <w:br/>
              <w:t>NA SERWERZE</w:t>
              <w:br/>
              <w:t>@MAILMAN.UWB.EDU.PL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10205"/>
            <w:tcMar>
              <w:top w:w="70" w:type="dxa"/>
              <w:start w:w="90" w:type="dxa"/>
              <w:bottom w:w="70" w:type="dxa"/>
              <w:end w:w="90" w:type="dxa"/>
            </w:tcMar>
            <w:gridSpan w:val="4"/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  <w:shd w:fill="D9D9D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20"/>
              </w:rPr>
              <w:t>DANE ADMINISTRATORA LISTY DYSKUSYJNEJ</w:t>
            </w:r>
          </w:p>
        </w:tc>
      </w:tr>
      <w:tr>
        <w:tc>
          <w:tcPr>
            <w:tcW w:type="dxa" w:w="1757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Nazwisko:</w:t>
            </w:r>
          </w:p>
        </w:tc>
        <w:tc>
          <w:tcPr>
            <w:tcW w:type="dxa" w:w="334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Nazwisko administratora"/>
              <w:tag w:val="Nazwisko_administratora_1003001"/>
              <w:id w:val="1003002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1134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Imię:</w:t>
            </w:r>
          </w:p>
        </w:tc>
        <w:tc>
          <w:tcPr>
            <w:tcW w:type="dxa" w:w="3969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Imię administratora"/>
              <w:tag w:val="Imię_administratora_1003003"/>
              <w:id w:val="1003004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  <w:tr>
        <w:tc>
          <w:tcPr>
            <w:tcW w:type="dxa" w:w="1757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Nazwa Jednostki:</w:t>
            </w:r>
          </w:p>
        </w:tc>
        <w:tc>
          <w:tcPr>
            <w:tcW w:type="dxa" w:w="8448"/>
            <w:tcMar>
              <w:top w:w="70" w:type="dxa"/>
              <w:start w:w="90" w:type="dxa"/>
              <w:bottom w:w="70" w:type="dxa"/>
              <w:end w:w="90" w:type="dxa"/>
            </w:tcMar>
            <w:gridSpan w:val="3"/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Nazwa jednostki"/>
              <w:tag w:val="Nazwa_jednostki_1003005"/>
              <w:id w:val="1003006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  <w:tr>
        <w:tc>
          <w:tcPr>
            <w:tcW w:type="dxa" w:w="1757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Wydział / Instytut:</w:t>
            </w:r>
          </w:p>
        </w:tc>
        <w:tc>
          <w:tcPr>
            <w:tcW w:type="dxa" w:w="8448"/>
            <w:tcMar>
              <w:top w:w="70" w:type="dxa"/>
              <w:start w:w="90" w:type="dxa"/>
              <w:bottom w:w="70" w:type="dxa"/>
              <w:end w:w="90" w:type="dxa"/>
            </w:tcMar>
            <w:gridSpan w:val="3"/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Wydział / Instytut"/>
              <w:tag w:val="Wydział_/_Instytut_1003007"/>
              <w:id w:val="1003008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  <w:tr>
        <w:tc>
          <w:tcPr>
            <w:tcW w:type="dxa" w:w="1757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Adres Kontaktowy:</w:t>
              <w:br/>
              <w:t>(e-mail)</w:t>
            </w:r>
          </w:p>
        </w:tc>
        <w:tc>
          <w:tcPr>
            <w:tcW w:type="dxa" w:w="8448"/>
            <w:tcMar>
              <w:top w:w="70" w:type="dxa"/>
              <w:start w:w="90" w:type="dxa"/>
              <w:bottom w:w="70" w:type="dxa"/>
              <w:end w:w="90" w:type="dxa"/>
            </w:tcMar>
            <w:gridSpan w:val="3"/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Adres e-mail"/>
              <w:tag w:val="Adres_e-mail_1003009"/>
              <w:id w:val="1003010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  <w:tr>
        <w:tc>
          <w:tcPr>
            <w:tcW w:type="dxa" w:w="1757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Telefon Kontaktowy:</w:t>
            </w:r>
          </w:p>
        </w:tc>
        <w:tc>
          <w:tcPr>
            <w:tcW w:type="dxa" w:w="8448"/>
            <w:tcMar>
              <w:top w:w="70" w:type="dxa"/>
              <w:start w:w="90" w:type="dxa"/>
              <w:bottom w:w="70" w:type="dxa"/>
              <w:end w:w="90" w:type="dxa"/>
            </w:tcMar>
            <w:gridSpan w:val="3"/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Telefon kontaktowy"/>
              <w:tag w:val="Telefon_kontaktowy_1003011"/>
              <w:id w:val="1003012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after="4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10204"/>
            <w:tcMar>
              <w:top w:w="70" w:type="dxa"/>
              <w:start w:w="90" w:type="dxa"/>
              <w:bottom w:w="70" w:type="dxa"/>
              <w:end w:w="90" w:type="dxa"/>
            </w:tcMar>
            <w:gridSpan w:val="2"/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  <w:shd w:fill="D9D9D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20"/>
              </w:rPr>
              <w:t>INFORMACJE O LIŚCIE DYSKUSYJNEJ</w:t>
            </w:r>
          </w:p>
        </w:tc>
      </w:tr>
      <w:tr>
        <w:tc>
          <w:tcPr>
            <w:tcW w:type="dxa" w:w="2721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Nazwa Listy:</w:t>
            </w:r>
          </w:p>
        </w:tc>
        <w:tc>
          <w:tcPr>
            <w:tcW w:type="dxa" w:w="7483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/>
            </w:pPr>
            <w:sdt>
              <w:sdtPr>
                <w:alias w:val="Nazwa listy"/>
                <w:tag w:val="Nazwa_listy_1003013"/>
                <w:id w:val="1003014"/>
                <w:text/>
              </w:sdtPr>
              <w:sdtContent>
                <w:r>
                  <w:t xml:space="preserve">                    </w:t>
                </w:r>
              </w:sdtContent>
            </w:sdt>
            <w:r>
              <w:rPr>
                <w:rFonts w:ascii="Arial" w:hAnsi="Arial"/>
                <w:sz w:val="18"/>
              </w:rPr>
              <w:t>@mailman.uwb.edu.pl</w:t>
            </w:r>
          </w:p>
        </w:tc>
      </w:tr>
      <w:tr>
        <w:trPr>
          <w:trHeight w:val="1361"/>
        </w:trPr>
        <w:tc>
          <w:tcPr>
            <w:tcW w:type="dxa" w:w="2721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Opis Listy:</w:t>
            </w:r>
          </w:p>
        </w:tc>
        <w:tc>
          <w:tcPr>
            <w:tcW w:type="dxa" w:w="7483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Opis listy"/>
              <w:tag w:val="Opis_listy_1003015"/>
              <w:id w:val="1003016"/>
              <w:text w:multiLine="1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after="20" w:before="40"/>
        <w:jc w:val="center"/>
      </w:pPr>
      <w:r>
        <w:rPr>
          <w:rFonts w:ascii="Arial" w:hAnsi="Arial"/>
          <w:b/>
          <w:sz w:val="16"/>
        </w:rPr>
        <w:t>Oświadczam, że znane mi są zasady korzystania z sieci komputerowych zawarte</w:t>
        <w:br/>
        <w:t>w Regulaminie Uczelnianej Sieci Teleinformatycznej Uniwersytetu w Białymstoku.</w:t>
        <w:br/>
        <w:t>Składając podpis, akceptuję je.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1020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Data:</w:t>
            </w:r>
          </w:p>
        </w:tc>
        <w:tc>
          <w:tcPr>
            <w:tcW w:type="dxa" w:w="351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Data administratora"/>
              <w:tag w:val="Data_administratora_1003017"/>
              <w:id w:val="1003018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1020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Podpis:</w:t>
            </w:r>
          </w:p>
        </w:tc>
        <w:tc>
          <w:tcPr>
            <w:tcW w:type="dxa" w:w="4649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Podpis administratora"/>
              <w:tag w:val="Podpis_administratora_1003019"/>
              <w:id w:val="1003020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after="40" w:before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10205"/>
            <w:tcMar>
              <w:top w:w="70" w:type="dxa"/>
              <w:start w:w="90" w:type="dxa"/>
              <w:bottom w:w="70" w:type="dxa"/>
              <w:end w:w="90" w:type="dxa"/>
            </w:tcMar>
            <w:gridSpan w:val="4"/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  <w:shd w:fill="D9D9D9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20"/>
              </w:rPr>
              <w:t>DANE OSOBY ODPOWIEDZIALNEJ</w:t>
            </w:r>
            <w:r>
              <w:rPr>
                <w:rFonts w:ascii="Arial" w:hAnsi="Arial"/>
                <w:sz w:val="16"/>
              </w:rPr>
              <w:br/>
              <w:t>(Kierownika Jednostki)</w:t>
            </w:r>
          </w:p>
        </w:tc>
      </w:tr>
      <w:tr>
        <w:tc>
          <w:tcPr>
            <w:tcW w:type="dxa" w:w="1757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Nazwisko:</w:t>
            </w:r>
          </w:p>
        </w:tc>
        <w:tc>
          <w:tcPr>
            <w:tcW w:type="dxa" w:w="334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Nazwisko osoby odpowiedzialnej"/>
              <w:tag w:val="Nazwisko_osoby_odpowiedzialnej_1003021"/>
              <w:id w:val="1003022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1134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Imię:</w:t>
            </w:r>
          </w:p>
        </w:tc>
        <w:tc>
          <w:tcPr>
            <w:tcW w:type="dxa" w:w="3969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Imię osoby odpowiedzialnej"/>
              <w:tag w:val="Imię_osoby_odpowiedzialnej_1003023"/>
              <w:id w:val="1003024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  <w:tr>
        <w:tc>
          <w:tcPr>
            <w:tcW w:type="dxa" w:w="1757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Data:</w:t>
            </w:r>
          </w:p>
        </w:tc>
        <w:tc>
          <w:tcPr>
            <w:tcW w:type="dxa" w:w="334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Data osoby odpowiedzialnej"/>
              <w:tag w:val="Data_osoby_odpowiedzialnej_1003025"/>
              <w:id w:val="1003026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1134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8"/>
              </w:rPr>
              <w:t>Podpis:</w:t>
            </w:r>
          </w:p>
        </w:tc>
        <w:tc>
          <w:tcPr>
            <w:tcW w:type="dxa" w:w="3969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6" w:color="666666"/>
              <w:left w:val="single" w:sz="6" w:color="666666"/>
              <w:bottom w:val="single" w:sz="6" w:color="666666"/>
              <w:right w:val="single" w:sz="6" w:color="666666"/>
            </w:tcBorders>
            <w:vAlign w:val="center"/>
          </w:tcPr>
          <w:sdt>
            <w:sdtPr>
              <w:alias w:val="Podpis osoby odpowiedzialnej"/>
              <w:tag w:val="Podpis_osoby_odpowiedzialnej_1003027"/>
              <w:id w:val="1003028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before="80" w:after="0"/>
      </w:pPr>
      <w:r>
        <w:rPr>
          <w:rFonts w:ascii="Arial" w:hAnsi="Arial"/>
          <w:sz w:val="17"/>
        </w:rPr>
        <w:t>Uwagi:</w:t>
      </w:r>
    </w:p>
    <w:p>
      <w:pPr>
        <w:spacing w:after="0"/>
        <w:ind w:left="283" w:hanging="170"/>
      </w:pPr>
      <w:r>
        <w:rPr>
          <w:rFonts w:ascii="Arial" w:hAnsi="Arial"/>
          <w:sz w:val="16"/>
        </w:rPr>
        <w:t>•  Hasło do administrowania listy dyskusyjnej generowane jest automatycznie przez system i przesłane do Administratora na adres podany do korespondencji.</w:t>
      </w:r>
    </w:p>
    <w:p>
      <w:pPr>
        <w:spacing w:after="0"/>
        <w:ind w:left="283" w:hanging="170"/>
      </w:pPr>
      <w:r>
        <w:rPr>
          <w:rFonts w:ascii="Arial" w:hAnsi="Arial"/>
          <w:sz w:val="16"/>
        </w:rPr>
        <w:t>•  Odpowiedzialność za listę ponosi osoba, której dane oraz podpis znajdują się w sekcji „DANE OSOBY ODPOWIEDZIALNEJ”.</w:t>
      </w:r>
    </w:p>
    <w:sectPr w:rsidR="00FC693F" w:rsidRPr="0006063C" w:rsidSect="00034616">
      <w:pgSz w:w="11906" w:h="16838"/>
      <w:pgMar w:top="624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